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114D6" w14:textId="2ADAAF5B" w:rsidR="00E01100" w:rsidRDefault="00B6636D">
      <w:pPr>
        <w:jc w:val="center"/>
      </w:pPr>
      <w:r>
        <w:rPr>
          <w:b/>
          <w:bCs/>
          <w:sz w:val="32"/>
          <w:szCs w:val="32"/>
        </w:rPr>
        <w:br/>
      </w:r>
      <w:r w:rsidR="04324FB0" w:rsidRPr="04324FB0">
        <w:rPr>
          <w:b/>
          <w:bCs/>
          <w:sz w:val="32"/>
          <w:szCs w:val="32"/>
        </w:rPr>
        <w:t xml:space="preserve">Project Tender Application Form </w:t>
      </w:r>
      <w:r>
        <w:br/>
      </w:r>
      <w:r w:rsidRPr="00B6636D">
        <w:rPr>
          <w:sz w:val="32"/>
          <w:szCs w:val="32"/>
        </w:rPr>
        <w:t>for annual species population trend analysis for</w:t>
      </w:r>
      <w:r w:rsidR="04324FB0" w:rsidRPr="04324FB0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 w:rsidRPr="00B6636D">
        <w:rPr>
          <w:sz w:val="32"/>
          <w:szCs w:val="32"/>
        </w:rPr>
        <w:t>the Bat Conservation Trust, Bat Conservation Ireland and People’s Trust for Endangered Species</w:t>
      </w:r>
    </w:p>
    <w:p w14:paraId="2E139BC4" w14:textId="77777777" w:rsidR="00E01100" w:rsidRDefault="00077D2A">
      <w:pPr>
        <w:pStyle w:val="Heading1"/>
      </w:pPr>
      <w:r>
        <w:t>Section 1: Applicant Details</w:t>
      </w:r>
    </w:p>
    <w:p w14:paraId="7653EC73" w14:textId="77777777" w:rsidR="00E01100" w:rsidRDefault="00077D2A">
      <w:r>
        <w:t>Applicant Name:</w:t>
      </w:r>
    </w:p>
    <w:p w14:paraId="28977C73" w14:textId="77777777" w:rsidR="00E01100" w:rsidRDefault="00077D2A">
      <w:r>
        <w:t>____________________________________________________________</w:t>
      </w:r>
    </w:p>
    <w:p w14:paraId="3E5D71E3" w14:textId="77777777" w:rsidR="00E01100" w:rsidRDefault="00077D2A">
      <w:r>
        <w:t>Organisation/Company Name:</w:t>
      </w:r>
    </w:p>
    <w:p w14:paraId="0E4679E3" w14:textId="77777777" w:rsidR="00E01100" w:rsidRDefault="00077D2A">
      <w:r>
        <w:t>____________________________________________________________</w:t>
      </w:r>
    </w:p>
    <w:p w14:paraId="33429A1F" w14:textId="77777777" w:rsidR="00E01100" w:rsidRDefault="00077D2A">
      <w:r>
        <w:t>Position/Role:</w:t>
      </w:r>
    </w:p>
    <w:p w14:paraId="7623152B" w14:textId="77777777" w:rsidR="00E01100" w:rsidRDefault="00077D2A">
      <w:r>
        <w:t>____________________________________________________________</w:t>
      </w:r>
    </w:p>
    <w:p w14:paraId="385E5CC6" w14:textId="77777777" w:rsidR="00E01100" w:rsidRDefault="00077D2A">
      <w:r>
        <w:t>Address:</w:t>
      </w:r>
    </w:p>
    <w:p w14:paraId="099560DF" w14:textId="77777777" w:rsidR="00E01100" w:rsidRDefault="00077D2A">
      <w:r>
        <w:t>____________________________________________________________</w:t>
      </w:r>
    </w:p>
    <w:p w14:paraId="736182C7" w14:textId="77777777" w:rsidR="00E01100" w:rsidRDefault="00077D2A">
      <w:r>
        <w:t>Email Address:</w:t>
      </w:r>
    </w:p>
    <w:p w14:paraId="154F2BC8" w14:textId="77777777" w:rsidR="00E01100" w:rsidRDefault="00077D2A">
      <w:r>
        <w:t>____________________________________________________________</w:t>
      </w:r>
    </w:p>
    <w:p w14:paraId="24EC891E" w14:textId="77777777" w:rsidR="00E01100" w:rsidRDefault="00077D2A">
      <w:r>
        <w:t>Telephone Number:</w:t>
      </w:r>
    </w:p>
    <w:p w14:paraId="7E97A038" w14:textId="77777777" w:rsidR="00E01100" w:rsidRDefault="00077D2A">
      <w:r>
        <w:t>____________________________________________________________</w:t>
      </w:r>
    </w:p>
    <w:p w14:paraId="7B563E66" w14:textId="77777777" w:rsidR="00E01100" w:rsidRDefault="00077D2A">
      <w:r>
        <w:t>VAT Registered (Yes/No):</w:t>
      </w:r>
    </w:p>
    <w:p w14:paraId="48E3440C" w14:textId="77777777" w:rsidR="00E01100" w:rsidRDefault="00077D2A">
      <w:r>
        <w:t>____________________________________________________________</w:t>
      </w:r>
    </w:p>
    <w:p w14:paraId="546B723E" w14:textId="77777777" w:rsidR="00E01100" w:rsidRDefault="00077D2A">
      <w:r>
        <w:t>VAT Registration Number (if applicable):</w:t>
      </w:r>
    </w:p>
    <w:p w14:paraId="00E51927" w14:textId="77777777" w:rsidR="00E01100" w:rsidRDefault="04324FB0">
      <w:r>
        <w:t>____________________________________________________________</w:t>
      </w:r>
    </w:p>
    <w:p w14:paraId="5FCA4CE0" w14:textId="2077EA58" w:rsidR="04324FB0" w:rsidRDefault="04324FB0"/>
    <w:p w14:paraId="22AFB162" w14:textId="4E3CA0AD" w:rsidR="00E01100" w:rsidRDefault="04324FB0" w:rsidP="04324FB0">
      <w:pPr>
        <w:pStyle w:val="Heading1"/>
      </w:pPr>
      <w:r>
        <w:lastRenderedPageBreak/>
        <w:t xml:space="preserve">Section </w:t>
      </w:r>
      <w:r w:rsidR="00A45184">
        <w:t>2</w:t>
      </w:r>
      <w:r>
        <w:t xml:space="preserve">: Skills, Experience and Expertise </w:t>
      </w:r>
      <w:r w:rsidRPr="04324FB0">
        <w:rPr>
          <w:b w:val="0"/>
          <w:bCs w:val="0"/>
          <w:sz w:val="22"/>
          <w:szCs w:val="22"/>
        </w:rPr>
        <w:t xml:space="preserve">Please detail </w:t>
      </w:r>
      <w:r w:rsidR="00830C64">
        <w:rPr>
          <w:b w:val="0"/>
          <w:bCs w:val="0"/>
          <w:sz w:val="22"/>
          <w:szCs w:val="22"/>
        </w:rPr>
        <w:t>your</w:t>
      </w:r>
      <w:r w:rsidRPr="04324FB0">
        <w:rPr>
          <w:b w:val="0"/>
          <w:bCs w:val="0"/>
          <w:sz w:val="22"/>
          <w:szCs w:val="22"/>
        </w:rPr>
        <w:t xml:space="preserve"> experience and expertise </w:t>
      </w:r>
      <w:r w:rsidR="00830C64">
        <w:rPr>
          <w:b w:val="0"/>
          <w:bCs w:val="0"/>
          <w:sz w:val="22"/>
          <w:szCs w:val="22"/>
        </w:rPr>
        <w:t>below, taking into account the list of essential and desired skills</w:t>
      </w:r>
      <w:r w:rsidRPr="04324FB0">
        <w:rPr>
          <w:b w:val="0"/>
          <w:bCs w:val="0"/>
          <w:sz w:val="22"/>
          <w:szCs w:val="22"/>
        </w:rPr>
        <w:t>:</w:t>
      </w:r>
    </w:p>
    <w:p w14:paraId="49AA2393" w14:textId="31DCBB35" w:rsidR="00830C64" w:rsidRPr="00830C64" w:rsidRDefault="00077D2A" w:rsidP="00830C64">
      <w:pPr>
        <w:pStyle w:val="Heading2"/>
      </w:pPr>
      <w:r>
        <w:t xml:space="preserve">1. </w:t>
      </w:r>
      <w:r w:rsidR="00B6636D" w:rsidRPr="00B6636D">
        <w:t>Explain how your statistical skills and experience fit with the requirements of the project</w:t>
      </w:r>
    </w:p>
    <w:p w14:paraId="3B41BBE7" w14:textId="22A0E3F2" w:rsidR="00E01100" w:rsidRDefault="00830C64">
      <w:r>
        <w:t>(Max 500 words)</w:t>
      </w:r>
      <w:r w:rsidR="04324FB0">
        <w:t>:</w:t>
      </w:r>
    </w:p>
    <w:p w14:paraId="29066D09" w14:textId="525E4EF7" w:rsidR="04324FB0" w:rsidRDefault="04324FB0"/>
    <w:p w14:paraId="2CF7FD08" w14:textId="77777777" w:rsidR="00406073" w:rsidRDefault="00406073"/>
    <w:p w14:paraId="7302FB14" w14:textId="77777777" w:rsidR="00406073" w:rsidRDefault="00406073"/>
    <w:p w14:paraId="11B9EE05" w14:textId="77777777" w:rsidR="00406073" w:rsidRDefault="00406073"/>
    <w:p w14:paraId="1846962F" w14:textId="77777777" w:rsidR="00406073" w:rsidRDefault="00406073"/>
    <w:p w14:paraId="71E73103" w14:textId="51351170" w:rsidR="00830C64" w:rsidRPr="00830C64" w:rsidRDefault="00830C64" w:rsidP="00830C64">
      <w:pPr>
        <w:pStyle w:val="Heading2"/>
      </w:pPr>
      <w:r>
        <w:t xml:space="preserve">2. Outline your interest in UK </w:t>
      </w:r>
      <w:r w:rsidR="00016C88">
        <w:t xml:space="preserve">and Irish </w:t>
      </w:r>
      <w:r>
        <w:t>species ecology, your understanding of various survey methods and experience in analysing data to produce species population trends</w:t>
      </w:r>
      <w:r w:rsidRPr="00B6636D">
        <w:t xml:space="preserve"> </w:t>
      </w:r>
    </w:p>
    <w:p w14:paraId="4D50441D" w14:textId="77777777" w:rsidR="00830C64" w:rsidRDefault="00830C64" w:rsidP="00830C64">
      <w:r>
        <w:t>(Max 500 words):</w:t>
      </w:r>
    </w:p>
    <w:p w14:paraId="75DA1905" w14:textId="77777777" w:rsidR="00830C64" w:rsidRDefault="00830C64" w:rsidP="00830C64"/>
    <w:p w14:paraId="2CE38E0D" w14:textId="77777777" w:rsidR="00406073" w:rsidRDefault="00406073" w:rsidP="00830C64"/>
    <w:p w14:paraId="605903FB" w14:textId="77777777" w:rsidR="00830C64" w:rsidRDefault="00830C64" w:rsidP="00830C64"/>
    <w:p w14:paraId="4A9DDCC8" w14:textId="77777777" w:rsidR="00406073" w:rsidRDefault="00406073" w:rsidP="00830C64"/>
    <w:p w14:paraId="2C41FDF2" w14:textId="77777777" w:rsidR="00830C64" w:rsidRDefault="00830C64" w:rsidP="00830C64"/>
    <w:p w14:paraId="74889626" w14:textId="21753890" w:rsidR="00830C64" w:rsidRPr="00830C64" w:rsidRDefault="00830C64" w:rsidP="00830C64">
      <w:pPr>
        <w:pStyle w:val="Heading2"/>
      </w:pPr>
      <w:r>
        <w:t xml:space="preserve">2. Detail your experience producing high-quality written reports, with clear statistical summaries, produced to clear deadlines and published in peer-reviewed journals </w:t>
      </w:r>
    </w:p>
    <w:p w14:paraId="36F530FB" w14:textId="77777777" w:rsidR="00830C64" w:rsidRDefault="00830C64" w:rsidP="00830C64">
      <w:r>
        <w:t>(Max 500 words):</w:t>
      </w:r>
    </w:p>
    <w:p w14:paraId="3BED0921" w14:textId="77777777" w:rsidR="00830C64" w:rsidRDefault="00830C64">
      <w:pPr>
        <w:pStyle w:val="Heading1"/>
      </w:pPr>
    </w:p>
    <w:p w14:paraId="047041E5" w14:textId="77777777" w:rsidR="00406073" w:rsidRDefault="00406073" w:rsidP="00406073"/>
    <w:p w14:paraId="334DEAEC" w14:textId="77777777" w:rsidR="00406073" w:rsidRDefault="00406073" w:rsidP="00406073"/>
    <w:p w14:paraId="0760B259" w14:textId="77777777" w:rsidR="00406073" w:rsidRPr="00406073" w:rsidRDefault="00406073" w:rsidP="00406073"/>
    <w:p w14:paraId="0B8A89AF" w14:textId="477AB535" w:rsidR="00E01100" w:rsidRDefault="00077D2A">
      <w:pPr>
        <w:pStyle w:val="Heading1"/>
      </w:pPr>
      <w:r>
        <w:lastRenderedPageBreak/>
        <w:t xml:space="preserve">Section </w:t>
      </w:r>
      <w:r w:rsidR="00A45184">
        <w:t>3</w:t>
      </w:r>
      <w:r>
        <w:t>: Relevant Project Experience</w:t>
      </w:r>
    </w:p>
    <w:p w14:paraId="53FF0225" w14:textId="4A65034E" w:rsidR="00E01100" w:rsidRDefault="00077D2A">
      <w:r>
        <w:t xml:space="preserve">Provide details of up to </w:t>
      </w:r>
      <w:r w:rsidR="00B6636D">
        <w:t>two</w:t>
      </w:r>
      <w:r>
        <w:t xml:space="preserve"> relevant projects.</w:t>
      </w:r>
    </w:p>
    <w:p w14:paraId="7E1613F9" w14:textId="77777777" w:rsidR="00E01100" w:rsidRDefault="00077D2A">
      <w:pPr>
        <w:pStyle w:val="Heading2"/>
      </w:pPr>
      <w:r>
        <w:t>Project 1</w:t>
      </w:r>
    </w:p>
    <w:p w14:paraId="4A474D11" w14:textId="77777777" w:rsidR="00E01100" w:rsidRDefault="00077D2A">
      <w:r>
        <w:t>Project Title:</w:t>
      </w:r>
    </w:p>
    <w:p w14:paraId="4AA244E5" w14:textId="77777777" w:rsidR="00E01100" w:rsidRDefault="00077D2A">
      <w:r>
        <w:t>____________________________________________________________</w:t>
      </w:r>
    </w:p>
    <w:p w14:paraId="60FD6FE3" w14:textId="77777777" w:rsidR="00E01100" w:rsidRDefault="00077D2A">
      <w:r>
        <w:t>Client/Organisation:</w:t>
      </w:r>
    </w:p>
    <w:p w14:paraId="235848E0" w14:textId="77777777" w:rsidR="00E01100" w:rsidRDefault="00077D2A">
      <w:r>
        <w:t>____________________________________________________________</w:t>
      </w:r>
    </w:p>
    <w:p w14:paraId="47C86FEC" w14:textId="77777777" w:rsidR="00E01100" w:rsidRDefault="00077D2A">
      <w:r>
        <w:t>Project Period:</w:t>
      </w:r>
    </w:p>
    <w:p w14:paraId="22BD6384" w14:textId="77777777" w:rsidR="00E01100" w:rsidRDefault="00077D2A">
      <w:r>
        <w:t>____________________________________________________________</w:t>
      </w:r>
    </w:p>
    <w:p w14:paraId="73533DCA" w14:textId="4D193A11" w:rsidR="00B6636D" w:rsidRDefault="00B6636D" w:rsidP="00B663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C9CA22A" wp14:editId="2852D8C0">
                <wp:simplePos x="0" y="0"/>
                <wp:positionH relativeFrom="column">
                  <wp:posOffset>0</wp:posOffset>
                </wp:positionH>
                <wp:positionV relativeFrom="paragraph">
                  <wp:posOffset>596900</wp:posOffset>
                </wp:positionV>
                <wp:extent cx="6121400" cy="4086225"/>
                <wp:effectExtent l="0" t="0" r="1270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08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854DC" w14:textId="31344DA4" w:rsidR="00B6636D" w:rsidRDefault="00B6636D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2CBCB98" w14:textId="77777777" w:rsidR="00830C64" w:rsidRDefault="00830C6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7DCE9C3" w14:textId="77777777" w:rsidR="00830C64" w:rsidRDefault="00830C6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498C9B28" w14:textId="77777777" w:rsidR="00830C64" w:rsidRDefault="00830C64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FFAB7A1" w14:textId="77777777" w:rsidR="00830C64" w:rsidRPr="00830C64" w:rsidRDefault="00830C64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CA2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47pt;width:482pt;height:321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">
                <v:textbox>
                  <w:txbxContent>
                    <w:p w14:paraId="3FE854DC" w14:textId="31344DA4" w:rsidR="00B6636D" w:rsidRDefault="00B6636D">
                      <w:pPr>
                        <w:rPr>
                          <w:lang w:val="en-GB"/>
                        </w:rPr>
                      </w:pPr>
                    </w:p>
                    <w:p w14:paraId="22CBCB98" w14:textId="77777777" w:rsidR="00830C64" w:rsidRDefault="00830C64">
                      <w:pPr>
                        <w:rPr>
                          <w:lang w:val="en-GB"/>
                        </w:rPr>
                      </w:pPr>
                    </w:p>
                    <w:p w14:paraId="77DCE9C3" w14:textId="77777777" w:rsidR="00830C64" w:rsidRDefault="00830C64">
                      <w:pPr>
                        <w:rPr>
                          <w:lang w:val="en-GB"/>
                        </w:rPr>
                      </w:pPr>
                    </w:p>
                    <w:p w14:paraId="498C9B28" w14:textId="77777777" w:rsidR="00830C64" w:rsidRDefault="00830C64">
                      <w:pPr>
                        <w:rPr>
                          <w:lang w:val="en-GB"/>
                        </w:rPr>
                      </w:pPr>
                    </w:p>
                    <w:p w14:paraId="6FFAB7A1" w14:textId="77777777" w:rsidR="00830C64" w:rsidRPr="00830C64" w:rsidRDefault="00830C64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Description </w:t>
      </w:r>
      <w:r w:rsidR="00F34D22" w:rsidRPr="00F34D22">
        <w:t>of the project, including your role within it, the statistical approaches used and the outcomes</w:t>
      </w:r>
      <w:r>
        <w:t xml:space="preserve">: </w:t>
      </w:r>
    </w:p>
    <w:p w14:paraId="351206A3" w14:textId="6ABBDC9A" w:rsidR="00B6636D" w:rsidRDefault="00B6636D" w:rsidP="00B6636D"/>
    <w:p w14:paraId="4E6D7744" w14:textId="77777777" w:rsidR="00B6636D" w:rsidRDefault="00B6636D"/>
    <w:p w14:paraId="14133A27" w14:textId="77777777" w:rsidR="00E01100" w:rsidRDefault="00077D2A">
      <w:pPr>
        <w:pStyle w:val="Heading2"/>
      </w:pPr>
      <w:r>
        <w:lastRenderedPageBreak/>
        <w:t>Project 2</w:t>
      </w:r>
    </w:p>
    <w:p w14:paraId="6A4E4BF2" w14:textId="77777777" w:rsidR="00830C64" w:rsidRDefault="00830C64" w:rsidP="00830C64">
      <w:r>
        <w:t>Project Title:</w:t>
      </w:r>
    </w:p>
    <w:p w14:paraId="58C47687" w14:textId="77777777" w:rsidR="00830C64" w:rsidRDefault="00830C64" w:rsidP="00830C64">
      <w:r>
        <w:t>____________________________________________________________</w:t>
      </w:r>
    </w:p>
    <w:p w14:paraId="0403FD4D" w14:textId="77777777" w:rsidR="00830C64" w:rsidRDefault="00830C64" w:rsidP="00830C64">
      <w:r>
        <w:t>Client/Organisation:</w:t>
      </w:r>
    </w:p>
    <w:p w14:paraId="281927CD" w14:textId="77777777" w:rsidR="00830C64" w:rsidRDefault="00830C64" w:rsidP="00830C64">
      <w:r>
        <w:t>____________________________________________________________</w:t>
      </w:r>
    </w:p>
    <w:p w14:paraId="6818991F" w14:textId="77777777" w:rsidR="00830C64" w:rsidRDefault="00830C64" w:rsidP="00830C64">
      <w:r>
        <w:t>Project Period:</w:t>
      </w:r>
    </w:p>
    <w:p w14:paraId="12B71634" w14:textId="77777777" w:rsidR="00830C64" w:rsidRDefault="00830C64" w:rsidP="00830C64">
      <w:r>
        <w:t>____________________________________________________________</w:t>
      </w:r>
    </w:p>
    <w:p w14:paraId="2C4596F5" w14:textId="77777777" w:rsidR="00F34D22" w:rsidRDefault="00F34D22" w:rsidP="00F34D2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BD0A80" wp14:editId="0B0FD9DD">
                <wp:simplePos x="0" y="0"/>
                <wp:positionH relativeFrom="column">
                  <wp:posOffset>0</wp:posOffset>
                </wp:positionH>
                <wp:positionV relativeFrom="paragraph">
                  <wp:posOffset>600075</wp:posOffset>
                </wp:positionV>
                <wp:extent cx="6121400" cy="4810125"/>
                <wp:effectExtent l="0" t="0" r="12700" b="28575"/>
                <wp:wrapSquare wrapText="bothSides"/>
                <wp:docPr id="21006103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81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8A2FF" w14:textId="77777777" w:rsidR="00F34D22" w:rsidRDefault="00F34D22" w:rsidP="00F34D2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F920946" w14:textId="77777777" w:rsidR="00F34D22" w:rsidRDefault="00F34D22" w:rsidP="00F34D2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707A86D6" w14:textId="77777777" w:rsidR="00F34D22" w:rsidRDefault="00F34D22" w:rsidP="00F34D2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2793B9BA" w14:textId="77777777" w:rsidR="00F34D22" w:rsidRDefault="00F34D22" w:rsidP="00F34D22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6948E351" w14:textId="77777777" w:rsidR="00F34D22" w:rsidRPr="00830C64" w:rsidRDefault="00F34D22" w:rsidP="00F34D22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D0A80" id="_x0000_s1027" type="#_x0000_t202" style="position:absolute;margin-left:0;margin-top:47.25pt;width:482pt;height:3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">
                <v:textbox>
                  <w:txbxContent>
                    <w:p w14:paraId="5AF8A2FF" w14:textId="77777777" w:rsidR="00F34D22" w:rsidRDefault="00F34D22" w:rsidP="00F34D22">
                      <w:pPr>
                        <w:rPr>
                          <w:lang w:val="en-GB"/>
                        </w:rPr>
                      </w:pPr>
                    </w:p>
                    <w:p w14:paraId="0F920946" w14:textId="77777777" w:rsidR="00F34D22" w:rsidRDefault="00F34D22" w:rsidP="00F34D22">
                      <w:pPr>
                        <w:rPr>
                          <w:lang w:val="en-GB"/>
                        </w:rPr>
                      </w:pPr>
                    </w:p>
                    <w:p w14:paraId="707A86D6" w14:textId="77777777" w:rsidR="00F34D22" w:rsidRDefault="00F34D22" w:rsidP="00F34D22">
                      <w:pPr>
                        <w:rPr>
                          <w:lang w:val="en-GB"/>
                        </w:rPr>
                      </w:pPr>
                    </w:p>
                    <w:p w14:paraId="2793B9BA" w14:textId="77777777" w:rsidR="00F34D22" w:rsidRDefault="00F34D22" w:rsidP="00F34D22">
                      <w:pPr>
                        <w:rPr>
                          <w:lang w:val="en-GB"/>
                        </w:rPr>
                      </w:pPr>
                    </w:p>
                    <w:p w14:paraId="6948E351" w14:textId="77777777" w:rsidR="00F34D22" w:rsidRPr="00830C64" w:rsidRDefault="00F34D22" w:rsidP="00F34D22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Description </w:t>
      </w:r>
      <w:r w:rsidRPr="00F34D22">
        <w:t>of the project, including your role within it, the statistical approaches used and the outcomes</w:t>
      </w:r>
      <w:r>
        <w:t xml:space="preserve">: </w:t>
      </w:r>
    </w:p>
    <w:p w14:paraId="6F352792" w14:textId="494EEB2D" w:rsidR="00E01100" w:rsidRDefault="00077D2A">
      <w:pPr>
        <w:pStyle w:val="Heading1"/>
      </w:pPr>
      <w:r>
        <w:lastRenderedPageBreak/>
        <w:t xml:space="preserve">Section </w:t>
      </w:r>
      <w:r w:rsidR="00A45184">
        <w:t>4</w:t>
      </w:r>
      <w:r>
        <w:t xml:space="preserve">: Budget </w:t>
      </w:r>
    </w:p>
    <w:p w14:paraId="1CC395AF" w14:textId="6589AF8F" w:rsidR="00E01100" w:rsidRDefault="00077D2A" w:rsidP="00B6636D">
      <w:r>
        <w:br/>
      </w:r>
      <w:r w:rsidR="00B6636D">
        <w:t xml:space="preserve">Daily rate: </w:t>
      </w:r>
    </w:p>
    <w:p w14:paraId="7E95BC1E" w14:textId="4C25BB36" w:rsidR="00B6636D" w:rsidRDefault="00B6636D" w:rsidP="00B6636D">
      <w:r>
        <w:t>Additional information:</w:t>
      </w:r>
    </w:p>
    <w:p w14:paraId="2DCBCDD1" w14:textId="01012092" w:rsidR="00E01100" w:rsidRDefault="00077D2A">
      <w:pPr>
        <w:pStyle w:val="Heading1"/>
      </w:pPr>
      <w:r>
        <w:t xml:space="preserve">Section </w:t>
      </w:r>
      <w:r w:rsidR="00A45184">
        <w:t>5</w:t>
      </w:r>
      <w:r>
        <w:t>: References</w:t>
      </w:r>
    </w:p>
    <w:p w14:paraId="4A70E873" w14:textId="77777777" w:rsidR="00E01100" w:rsidRDefault="00077D2A">
      <w:pPr>
        <w:pStyle w:val="Heading2"/>
      </w:pPr>
      <w:r>
        <w:t>Reference 1</w:t>
      </w:r>
    </w:p>
    <w:p w14:paraId="7520C791" w14:textId="77777777" w:rsidR="00E01100" w:rsidRDefault="00077D2A">
      <w:r>
        <w:t>Name: ______________________________</w:t>
      </w:r>
    </w:p>
    <w:p w14:paraId="4F6384BB" w14:textId="77777777" w:rsidR="00E01100" w:rsidRDefault="00077D2A">
      <w:r>
        <w:t>Organisation: ______________________________</w:t>
      </w:r>
    </w:p>
    <w:p w14:paraId="7598C060" w14:textId="77777777" w:rsidR="00E01100" w:rsidRDefault="00077D2A">
      <w:r>
        <w:t>Position: ______________________________</w:t>
      </w:r>
    </w:p>
    <w:p w14:paraId="44780BBD" w14:textId="77777777" w:rsidR="00E01100" w:rsidRDefault="00077D2A">
      <w:r>
        <w:t>Email: ______________________________</w:t>
      </w:r>
    </w:p>
    <w:p w14:paraId="0222052F" w14:textId="77777777" w:rsidR="00E01100" w:rsidRDefault="00077D2A">
      <w:r>
        <w:t>Phone Number: ______________________________</w:t>
      </w:r>
    </w:p>
    <w:p w14:paraId="367E38FC" w14:textId="77777777" w:rsidR="00E01100" w:rsidRDefault="00077D2A">
      <w:r>
        <w:t>Relationship to Project: ______________________________</w:t>
      </w:r>
    </w:p>
    <w:p w14:paraId="39C88772" w14:textId="77777777" w:rsidR="00E01100" w:rsidRDefault="00077D2A">
      <w:pPr>
        <w:pStyle w:val="Heading2"/>
      </w:pPr>
      <w:r>
        <w:t>Reference 2</w:t>
      </w:r>
    </w:p>
    <w:p w14:paraId="6375EF87" w14:textId="77777777" w:rsidR="00E01100" w:rsidRDefault="00077D2A">
      <w:r>
        <w:t>Name: ______________________________</w:t>
      </w:r>
    </w:p>
    <w:p w14:paraId="12B72921" w14:textId="77777777" w:rsidR="00E01100" w:rsidRDefault="00077D2A">
      <w:r>
        <w:t>Organisation: ______________________________</w:t>
      </w:r>
    </w:p>
    <w:p w14:paraId="0E060BAB" w14:textId="77777777" w:rsidR="00E01100" w:rsidRDefault="00077D2A">
      <w:r>
        <w:t>Position: ______________________________</w:t>
      </w:r>
    </w:p>
    <w:p w14:paraId="71A80EF4" w14:textId="77777777" w:rsidR="00E01100" w:rsidRDefault="00077D2A">
      <w:r>
        <w:t>Email: ______________________________</w:t>
      </w:r>
    </w:p>
    <w:p w14:paraId="2A2EC8B2" w14:textId="77777777" w:rsidR="00E01100" w:rsidRDefault="00077D2A">
      <w:r>
        <w:t>Phone Number: ______________________________</w:t>
      </w:r>
    </w:p>
    <w:p w14:paraId="4DB6B33E" w14:textId="77777777" w:rsidR="00E01100" w:rsidRDefault="00077D2A">
      <w:r>
        <w:t>Relationship to Project: ______________________________</w:t>
      </w:r>
    </w:p>
    <w:p w14:paraId="362829DA" w14:textId="17587B8F" w:rsidR="00E01100" w:rsidRDefault="00077D2A">
      <w:pPr>
        <w:pStyle w:val="Heading1"/>
      </w:pPr>
      <w:r>
        <w:t xml:space="preserve">Section </w:t>
      </w:r>
      <w:r w:rsidR="00A45184">
        <w:t>6</w:t>
      </w:r>
      <w:r>
        <w:t xml:space="preserve">: Supporting Documents </w:t>
      </w:r>
    </w:p>
    <w:p w14:paraId="549FEF6D" w14:textId="62EACBF0" w:rsidR="00447ABE" w:rsidRPr="00447ABE" w:rsidRDefault="00447ABE" w:rsidP="00447ABE">
      <w:r>
        <w:t>Please submit this tender with your CV and any other relevant documents from the list below:</w:t>
      </w:r>
    </w:p>
    <w:p w14:paraId="296D5A86" w14:textId="34F94C55" w:rsidR="00E01100" w:rsidRDefault="00077D2A">
      <w:r>
        <w:t>☐</w:t>
      </w:r>
      <w:r>
        <w:t xml:space="preserve"> CV</w:t>
      </w:r>
    </w:p>
    <w:p w14:paraId="15D9AA6C" w14:textId="77777777" w:rsidR="00E01100" w:rsidRDefault="00077D2A">
      <w:r>
        <w:t>☐</w:t>
      </w:r>
      <w:r>
        <w:t xml:space="preserve"> Relevant Publications</w:t>
      </w:r>
    </w:p>
    <w:p w14:paraId="0CC8940B" w14:textId="77777777" w:rsidR="00E01100" w:rsidRDefault="00077D2A">
      <w:r>
        <w:t>☐</w:t>
      </w:r>
      <w:r>
        <w:t xml:space="preserve"> Sample Statistical Reports</w:t>
      </w:r>
    </w:p>
    <w:p w14:paraId="0BAE15DA" w14:textId="77777777" w:rsidR="00E01100" w:rsidRDefault="00077D2A">
      <w:r>
        <w:t>☐</w:t>
      </w:r>
      <w:r>
        <w:t xml:space="preserve"> References</w:t>
      </w:r>
    </w:p>
    <w:p w14:paraId="5BAB57B8" w14:textId="77777777" w:rsidR="00E01100" w:rsidRDefault="00077D2A">
      <w:pPr>
        <w:pStyle w:val="Heading1"/>
      </w:pPr>
      <w:r>
        <w:lastRenderedPageBreak/>
        <w:t>Declaration</w:t>
      </w:r>
    </w:p>
    <w:p w14:paraId="783ACFDB" w14:textId="77777777" w:rsidR="00E01100" w:rsidRDefault="00077D2A">
      <w:r>
        <w:t>I certify that the information provided in this submission is accurate and complete to the best of my knowledge.</w:t>
      </w:r>
    </w:p>
    <w:p w14:paraId="40FDECC2" w14:textId="77777777" w:rsidR="00E01100" w:rsidRDefault="00077D2A">
      <w:r>
        <w:t>Applicant Name: ____________________</w:t>
      </w:r>
    </w:p>
    <w:p w14:paraId="604C19CB" w14:textId="77777777" w:rsidR="00E01100" w:rsidRDefault="00077D2A">
      <w:r>
        <w:t>Signature: _________________________</w:t>
      </w:r>
    </w:p>
    <w:p w14:paraId="1CC63579" w14:textId="77777777" w:rsidR="00E01100" w:rsidRDefault="00077D2A">
      <w:r>
        <w:t>Date: ______________________________</w:t>
      </w:r>
    </w:p>
    <w:sectPr w:rsidR="00E011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9248538">
    <w:abstractNumId w:val="8"/>
  </w:num>
  <w:num w:numId="2" w16cid:durableId="440144951">
    <w:abstractNumId w:val="6"/>
  </w:num>
  <w:num w:numId="3" w16cid:durableId="1248611114">
    <w:abstractNumId w:val="5"/>
  </w:num>
  <w:num w:numId="4" w16cid:durableId="367951789">
    <w:abstractNumId w:val="4"/>
  </w:num>
  <w:num w:numId="5" w16cid:durableId="684333538">
    <w:abstractNumId w:val="7"/>
  </w:num>
  <w:num w:numId="6" w16cid:durableId="311837207">
    <w:abstractNumId w:val="3"/>
  </w:num>
  <w:num w:numId="7" w16cid:durableId="358700382">
    <w:abstractNumId w:val="2"/>
  </w:num>
  <w:num w:numId="8" w16cid:durableId="1456633854">
    <w:abstractNumId w:val="1"/>
  </w:num>
  <w:num w:numId="9" w16cid:durableId="121776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6C88"/>
    <w:rsid w:val="00034616"/>
    <w:rsid w:val="0006063C"/>
    <w:rsid w:val="0015074B"/>
    <w:rsid w:val="0029639D"/>
    <w:rsid w:val="00326F90"/>
    <w:rsid w:val="00406073"/>
    <w:rsid w:val="00417A06"/>
    <w:rsid w:val="00447ABE"/>
    <w:rsid w:val="005B48EA"/>
    <w:rsid w:val="00830C64"/>
    <w:rsid w:val="00A11748"/>
    <w:rsid w:val="00A31549"/>
    <w:rsid w:val="00A45184"/>
    <w:rsid w:val="00AA1D8D"/>
    <w:rsid w:val="00B47730"/>
    <w:rsid w:val="00B6636D"/>
    <w:rsid w:val="00CB0664"/>
    <w:rsid w:val="00E01100"/>
    <w:rsid w:val="00F34D22"/>
    <w:rsid w:val="00FC693F"/>
    <w:rsid w:val="04324FB0"/>
    <w:rsid w:val="29F818CE"/>
    <w:rsid w:val="41265D12"/>
    <w:rsid w:val="430C5C12"/>
    <w:rsid w:val="6C86B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9D47862-4B25-4C95-B30A-BDD1CC16F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95D18187A1E44E800D8A2954BD68A1" ma:contentTypeVersion="15" ma:contentTypeDescription="Create a new document." ma:contentTypeScope="" ma:versionID="ff92f7ba7d41c8547b0d2f3006146669">
  <xsd:schema xmlns:xsd="http://www.w3.org/2001/XMLSchema" xmlns:xs="http://www.w3.org/2001/XMLSchema" xmlns:p="http://schemas.microsoft.com/office/2006/metadata/properties" xmlns:ns2="dd1087cb-c103-44d0-895e-2d97e382ec94" xmlns:ns3="dee2cb5d-e361-4cf5-b058-c30f7ba31e33" targetNamespace="http://schemas.microsoft.com/office/2006/metadata/properties" ma:root="true" ma:fieldsID="df4b7c7673e0cef66c665ad9d234dde0" ns2:_="" ns3:_="">
    <xsd:import namespace="dd1087cb-c103-44d0-895e-2d97e382ec94"/>
    <xsd:import namespace="dee2cb5d-e361-4cf5-b058-c30f7ba31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087cb-c103-44d0-895e-2d97e382ec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04b1791-689d-40e3-84f9-aa7f7b1a31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1" nillable="true" ma:displayName="Sign-off status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2cb5d-e361-4cf5-b058-c30f7ba31e3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6fe0a0f-cbf3-4278-bd17-32c9fdf54c9f}" ma:internalName="TaxCatchAll" ma:showField="CatchAllData" ma:web="dee2cb5d-e361-4cf5-b058-c30f7ba31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d1087cb-c103-44d0-895e-2d97e382ec94" xsi:nil="true"/>
    <lcf76f155ced4ddcb4097134ff3c332f xmlns="dd1087cb-c103-44d0-895e-2d97e382ec94">
      <Terms xmlns="http://schemas.microsoft.com/office/infopath/2007/PartnerControls"/>
    </lcf76f155ced4ddcb4097134ff3c332f>
    <TaxCatchAll xmlns="dee2cb5d-e361-4cf5-b058-c30f7ba31e33" xsi:nil="true"/>
  </documentManagement>
</p:properties>
</file>

<file path=customXml/itemProps1.xml><?xml version="1.0" encoding="utf-8"?>
<ds:datastoreItem xmlns:ds="http://schemas.openxmlformats.org/officeDocument/2006/customXml" ds:itemID="{1B301C0F-2D0C-45AD-B0E9-0BAFB2442F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66828F-4658-495E-A85A-9685B078D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1087cb-c103-44d0-895e-2d97e382ec94"/>
    <ds:schemaRef ds:uri="dee2cb5d-e361-4cf5-b058-c30f7ba31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75C681-2F8A-4C49-A40E-2C17121BEA4B}">
  <ds:schemaRefs>
    <ds:schemaRef ds:uri="http://schemas.microsoft.com/office/2006/metadata/properties"/>
    <ds:schemaRef ds:uri="http://schemas.microsoft.com/office/infopath/2007/PartnerControls"/>
    <ds:schemaRef ds:uri="dd1087cb-c103-44d0-895e-2d97e382ec94"/>
    <ds:schemaRef ds:uri="dee2cb5d-e361-4cf5-b058-c30f7ba31e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 Al-Fulaij</dc:creator>
  <cp:keywords/>
  <dc:description>generated by python-docx</dc:description>
  <cp:lastModifiedBy>Nida Al-Fulaij</cp:lastModifiedBy>
  <cp:revision>6</cp:revision>
  <dcterms:created xsi:type="dcterms:W3CDTF">2026-08-10T08:32:00Z</dcterms:created>
  <dcterms:modified xsi:type="dcterms:W3CDTF">2026-08-12T11:12:00Z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0x010100CE95D18187A1E44E800D8A2954BD68A1</vt:lpwstr>
  </property>
  <property fmtid="{D5CDD505-2E9C-101B-9397-08002B2CF9AE}" pid="3" name="MediaServiceImageTags">
    <vt:lpwstr/>
  </property>
</Properties>
</file>